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68A6" w:rsidRDefault="00012FB6">
      <w:pPr>
        <w:spacing w:after="480"/>
        <w:jc w:val="center"/>
        <w:rPr>
          <w:rFonts w:hint="eastAsia"/>
          <w:lang w:eastAsia="zh-TW"/>
        </w:rPr>
      </w:pPr>
      <w:r>
        <w:rPr>
          <w:b/>
          <w:sz w:val="36"/>
          <w:lang w:eastAsia="zh-TW"/>
        </w:rPr>
        <w:t>桃園市</w:t>
      </w:r>
      <w:r>
        <w:rPr>
          <w:b/>
          <w:sz w:val="36"/>
          <w:lang w:eastAsia="zh-TW"/>
        </w:rPr>
        <w:t xml:space="preserve"> Scratch </w:t>
      </w:r>
      <w:r>
        <w:rPr>
          <w:b/>
          <w:sz w:val="36"/>
          <w:lang w:eastAsia="zh-TW"/>
        </w:rPr>
        <w:t>程式設計推廣活動</w:t>
      </w:r>
      <w:r>
        <w:rPr>
          <w:b/>
          <w:sz w:val="36"/>
          <w:lang w:eastAsia="zh-TW"/>
        </w:rPr>
        <w:t>-</w:t>
      </w:r>
      <w:r>
        <w:rPr>
          <w:b/>
          <w:sz w:val="36"/>
          <w:lang w:eastAsia="zh-TW"/>
        </w:rPr>
        <w:t>程式說明文件</w:t>
      </w:r>
    </w:p>
    <w:p w:rsidR="00A668A6" w:rsidRDefault="00012FB6">
      <w:pPr>
        <w:spacing w:after="360"/>
        <w:rPr>
          <w:rFonts w:hint="eastAsia"/>
        </w:rPr>
      </w:pPr>
      <w:proofErr w:type="spellStart"/>
      <w:r>
        <w:t>組別</w:t>
      </w:r>
      <w:proofErr w:type="spellEnd"/>
      <w:r>
        <w:t>：</w:t>
      </w:r>
      <w:r>
        <w:t xml:space="preserve">■ </w:t>
      </w:r>
      <w:proofErr w:type="spellStart"/>
      <w:r>
        <w:rPr>
          <w:color w:val="FF0000"/>
        </w:rPr>
        <w:t>國小遊戲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A668A6">
        <w:trPr>
          <w:jc w:val="center"/>
        </w:trPr>
        <w:tc>
          <w:tcPr>
            <w:tcW w:w="9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8A6" w:rsidRPr="003A2356" w:rsidRDefault="00012FB6">
            <w:pPr>
              <w:spacing w:before="160" w:after="160"/>
              <w:rPr>
                <w:rFonts w:hint="eastAsia"/>
                <w:sz w:val="28"/>
                <w:szCs w:val="28"/>
              </w:rPr>
            </w:pPr>
            <w:proofErr w:type="spellStart"/>
            <w:r>
              <w:rPr>
                <w:b/>
              </w:rPr>
              <w:t>題目：</w:t>
            </w:r>
            <w:r w:rsidR="003A2356">
              <w:rPr>
                <w:rFonts w:hint="eastAsia"/>
                <w:sz w:val="28"/>
                <w:szCs w:val="28"/>
              </w:rPr>
              <w:t>公園尋寶遊戲</w:t>
            </w:r>
            <w:proofErr w:type="spellEnd"/>
            <w:r w:rsidR="003A2356">
              <w:rPr>
                <w:sz w:val="28"/>
                <w:szCs w:val="28"/>
              </w:rPr>
              <w:t xml:space="preserve"> </w:t>
            </w:r>
          </w:p>
        </w:tc>
      </w:tr>
      <w:tr w:rsidR="00A668A6">
        <w:trPr>
          <w:jc w:val="center"/>
        </w:trPr>
        <w:tc>
          <w:tcPr>
            <w:tcW w:w="9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2356" w:rsidRDefault="00012FB6">
            <w:pPr>
              <w:spacing w:before="160" w:after="480"/>
              <w:rPr>
                <w:b/>
                <w:lang w:eastAsia="zh-TW"/>
              </w:rPr>
            </w:pPr>
            <w:r>
              <w:rPr>
                <w:b/>
                <w:lang w:eastAsia="zh-TW"/>
              </w:rPr>
              <w:t>1</w:t>
            </w:r>
            <w:r>
              <w:rPr>
                <w:b/>
                <w:lang w:eastAsia="zh-TW"/>
              </w:rPr>
              <w:t>、玩家在這個遊戲的目標是：</w:t>
            </w:r>
          </w:p>
          <w:p w:rsidR="003A2356" w:rsidRDefault="003A2356" w:rsidP="003A2356">
            <w:pPr>
              <w:pStyle w:val="Default"/>
              <w:rPr>
                <w:sz w:val="28"/>
                <w:szCs w:val="28"/>
                <w:lang w:eastAsia="zh-TW"/>
              </w:rPr>
            </w:pPr>
            <w:r>
              <w:rPr>
                <w:rFonts w:hint="eastAsia"/>
                <w:sz w:val="28"/>
                <w:szCs w:val="28"/>
                <w:lang w:eastAsia="zh-TW"/>
              </w:rPr>
              <w:t>1</w:t>
            </w:r>
            <w:r>
              <w:rPr>
                <w:sz w:val="28"/>
                <w:szCs w:val="28"/>
                <w:lang w:eastAsia="zh-TW"/>
              </w:rPr>
              <w:t>.</w:t>
            </w:r>
            <w:r>
              <w:rPr>
                <w:rFonts w:hint="eastAsia"/>
                <w:sz w:val="28"/>
                <w:szCs w:val="28"/>
                <w:lang w:eastAsia="zh-TW"/>
              </w:rPr>
              <w:t>要依照遊戲說明，解決問題。</w:t>
            </w:r>
          </w:p>
          <w:p w:rsidR="003A2356" w:rsidRDefault="003A2356" w:rsidP="003A2356">
            <w:pPr>
              <w:pStyle w:val="Default"/>
              <w:rPr>
                <w:sz w:val="28"/>
                <w:szCs w:val="28"/>
                <w:lang w:eastAsia="zh-TW"/>
              </w:rPr>
            </w:pPr>
            <w:r>
              <w:rPr>
                <w:rFonts w:hint="eastAsia"/>
                <w:sz w:val="28"/>
                <w:szCs w:val="28"/>
                <w:lang w:eastAsia="zh-TW"/>
              </w:rPr>
              <w:t>2</w:t>
            </w:r>
            <w:r>
              <w:rPr>
                <w:sz w:val="28"/>
                <w:szCs w:val="28"/>
                <w:lang w:eastAsia="zh-TW"/>
              </w:rPr>
              <w:t>.</w:t>
            </w:r>
            <w:r>
              <w:rPr>
                <w:rFonts w:hint="eastAsia"/>
                <w:sz w:val="28"/>
                <w:szCs w:val="28"/>
                <w:lang w:eastAsia="zh-TW"/>
              </w:rPr>
              <w:t>找到每</w:t>
            </w:r>
            <w:proofErr w:type="gramStart"/>
            <w:r>
              <w:rPr>
                <w:rFonts w:hint="eastAsia"/>
                <w:sz w:val="28"/>
                <w:szCs w:val="28"/>
                <w:lang w:eastAsia="zh-TW"/>
              </w:rPr>
              <w:t>個</w:t>
            </w:r>
            <w:proofErr w:type="gramEnd"/>
            <w:r>
              <w:rPr>
                <w:rFonts w:hint="eastAsia"/>
                <w:sz w:val="28"/>
                <w:szCs w:val="28"/>
                <w:lang w:eastAsia="zh-TW"/>
              </w:rPr>
              <w:t>關卡的寶藏。</w:t>
            </w:r>
          </w:p>
          <w:p w:rsidR="003A2356" w:rsidRDefault="003A2356" w:rsidP="003A2356">
            <w:pPr>
              <w:pStyle w:val="Default"/>
              <w:rPr>
                <w:sz w:val="28"/>
                <w:szCs w:val="28"/>
                <w:lang w:eastAsia="zh-TW"/>
              </w:rPr>
            </w:pPr>
            <w:r>
              <w:rPr>
                <w:rFonts w:hint="eastAsia"/>
                <w:sz w:val="28"/>
                <w:szCs w:val="28"/>
                <w:lang w:eastAsia="zh-TW"/>
              </w:rPr>
              <w:t>3</w:t>
            </w:r>
            <w:r>
              <w:rPr>
                <w:sz w:val="28"/>
                <w:szCs w:val="28"/>
                <w:lang w:eastAsia="zh-TW"/>
              </w:rPr>
              <w:t>.</w:t>
            </w:r>
            <w:r>
              <w:rPr>
                <w:rFonts w:hint="eastAsia"/>
                <w:sz w:val="28"/>
                <w:szCs w:val="28"/>
                <w:lang w:eastAsia="zh-TW"/>
              </w:rPr>
              <w:t>發現生態公園的特色。</w:t>
            </w:r>
          </w:p>
          <w:p w:rsidR="003A2356" w:rsidRDefault="003A2356" w:rsidP="003A2356">
            <w:pPr>
              <w:pStyle w:val="Default"/>
              <w:rPr>
                <w:sz w:val="28"/>
                <w:szCs w:val="28"/>
                <w:lang w:eastAsia="zh-TW"/>
              </w:rPr>
            </w:pPr>
            <w:r>
              <w:rPr>
                <w:rFonts w:hint="eastAsia"/>
                <w:sz w:val="28"/>
                <w:szCs w:val="28"/>
                <w:lang w:eastAsia="zh-TW"/>
              </w:rPr>
              <w:t>4</w:t>
            </w:r>
            <w:r>
              <w:rPr>
                <w:sz w:val="28"/>
                <w:szCs w:val="28"/>
                <w:lang w:eastAsia="zh-TW"/>
              </w:rPr>
              <w:t>.</w:t>
            </w:r>
            <w:r>
              <w:rPr>
                <w:rFonts w:hint="eastAsia"/>
                <w:sz w:val="28"/>
                <w:szCs w:val="28"/>
                <w:lang w:eastAsia="zh-TW"/>
              </w:rPr>
              <w:t>希望大家</w:t>
            </w:r>
            <w:proofErr w:type="gramStart"/>
            <w:r>
              <w:rPr>
                <w:rFonts w:hint="eastAsia"/>
                <w:sz w:val="28"/>
                <w:szCs w:val="28"/>
                <w:lang w:eastAsia="zh-TW"/>
              </w:rPr>
              <w:t>多來奇幻</w:t>
            </w:r>
            <w:proofErr w:type="gramEnd"/>
            <w:r>
              <w:rPr>
                <w:rFonts w:hint="eastAsia"/>
                <w:sz w:val="28"/>
                <w:szCs w:val="28"/>
                <w:lang w:eastAsia="zh-TW"/>
              </w:rPr>
              <w:t>生態公園</w:t>
            </w:r>
            <w:r>
              <w:rPr>
                <w:rFonts w:hint="eastAsia"/>
                <w:sz w:val="28"/>
                <w:szCs w:val="28"/>
                <w:lang w:eastAsia="zh-TW"/>
              </w:rPr>
              <w:t>。</w:t>
            </w:r>
            <w:r>
              <w:rPr>
                <w:sz w:val="28"/>
                <w:szCs w:val="28"/>
                <w:lang w:eastAsia="zh-TW"/>
              </w:rPr>
              <w:t xml:space="preserve"> </w:t>
            </w:r>
          </w:p>
          <w:p w:rsidR="00A668A6" w:rsidRDefault="00A668A6">
            <w:pPr>
              <w:spacing w:before="160" w:after="480"/>
              <w:rPr>
                <w:rFonts w:hint="eastAsia"/>
                <w:lang w:eastAsia="zh-TW"/>
              </w:rPr>
            </w:pPr>
          </w:p>
        </w:tc>
      </w:tr>
      <w:tr w:rsidR="00A668A6">
        <w:trPr>
          <w:jc w:val="center"/>
        </w:trPr>
        <w:tc>
          <w:tcPr>
            <w:tcW w:w="9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8A6" w:rsidRDefault="00012FB6">
            <w:pPr>
              <w:spacing w:before="160" w:after="240"/>
              <w:rPr>
                <w:rFonts w:hint="eastAsia"/>
                <w:lang w:eastAsia="zh-TW"/>
              </w:rPr>
            </w:pPr>
            <w:r>
              <w:rPr>
                <w:b/>
                <w:lang w:eastAsia="zh-TW"/>
              </w:rPr>
              <w:t>2</w:t>
            </w:r>
            <w:r>
              <w:rPr>
                <w:b/>
                <w:lang w:eastAsia="zh-TW"/>
              </w:rPr>
              <w:t>、這個遊戲的規則條件及玩家任務挑戰是：</w:t>
            </w:r>
          </w:p>
          <w:p w:rsidR="00A668A6" w:rsidRDefault="00012FB6">
            <w:pPr>
              <w:spacing w:after="160"/>
              <w:rPr>
                <w:rFonts w:hint="eastAsia"/>
                <w:lang w:eastAsia="zh-TW"/>
              </w:rPr>
            </w:pPr>
            <w:r>
              <w:rPr>
                <w:sz w:val="22"/>
                <w:lang w:eastAsia="zh-TW"/>
              </w:rPr>
              <w:t>任務</w:t>
            </w:r>
            <w:proofErr w:type="gramStart"/>
            <w:r>
              <w:rPr>
                <w:sz w:val="22"/>
                <w:lang w:eastAsia="zh-TW"/>
              </w:rPr>
              <w:t>一</w:t>
            </w:r>
            <w:proofErr w:type="gramEnd"/>
            <w:r>
              <w:rPr>
                <w:sz w:val="22"/>
                <w:lang w:eastAsia="zh-TW"/>
              </w:rPr>
              <w:t>：</w:t>
            </w:r>
            <w:r w:rsidR="003A2356" w:rsidRPr="00012FB6">
              <w:rPr>
                <w:rFonts w:ascii="新細明體" w:eastAsia="新細明體" w:hAnsi="新細明體" w:hint="eastAsia"/>
                <w:sz w:val="22"/>
                <w:lang w:eastAsia="zh-TW"/>
              </w:rPr>
              <w:t>在森林迷宮找到</w:t>
            </w:r>
            <w:proofErr w:type="gramStart"/>
            <w:r w:rsidR="003A2356" w:rsidRPr="00012FB6">
              <w:rPr>
                <w:rFonts w:ascii="新細明體" w:eastAsia="新細明體" w:hAnsi="新細明體" w:hint="eastAsia"/>
                <w:sz w:val="22"/>
                <w:lang w:eastAsia="zh-TW"/>
              </w:rPr>
              <w:t>神奇卡牌和</w:t>
            </w:r>
            <w:proofErr w:type="gramEnd"/>
            <w:r w:rsidR="003A2356" w:rsidRPr="00012FB6">
              <w:rPr>
                <w:rFonts w:ascii="新細明體" w:eastAsia="新細明體" w:hAnsi="新細明體" w:hint="eastAsia"/>
                <w:sz w:val="22"/>
                <w:lang w:eastAsia="zh-TW"/>
              </w:rPr>
              <w:t>寶藏。</w:t>
            </w:r>
          </w:p>
          <w:p w:rsidR="00A668A6" w:rsidRDefault="00012FB6">
            <w:pPr>
              <w:spacing w:after="160"/>
              <w:rPr>
                <w:sz w:val="22"/>
                <w:lang w:eastAsia="zh-TW"/>
              </w:rPr>
            </w:pPr>
            <w:r>
              <w:rPr>
                <w:sz w:val="22"/>
                <w:lang w:eastAsia="zh-TW"/>
              </w:rPr>
              <w:t>規則</w:t>
            </w:r>
            <w:proofErr w:type="gramStart"/>
            <w:r>
              <w:rPr>
                <w:sz w:val="22"/>
                <w:lang w:eastAsia="zh-TW"/>
              </w:rPr>
              <w:t>一</w:t>
            </w:r>
            <w:proofErr w:type="gramEnd"/>
            <w:r>
              <w:rPr>
                <w:sz w:val="22"/>
                <w:lang w:eastAsia="zh-TW"/>
              </w:rPr>
              <w:t>：</w:t>
            </w:r>
          </w:p>
          <w:p w:rsidR="003A2356" w:rsidRPr="003A2356" w:rsidRDefault="003A2356" w:rsidP="003A2356">
            <w:pPr>
              <w:spacing w:after="160"/>
              <w:rPr>
                <w:rFonts w:eastAsia="新細明體"/>
                <w:sz w:val="22"/>
                <w:lang w:eastAsia="zh-TW"/>
              </w:rPr>
            </w:pPr>
            <w:r w:rsidRPr="003A2356">
              <w:rPr>
                <w:rFonts w:eastAsia="新細明體" w:hint="eastAsia"/>
                <w:lang w:eastAsia="zh-TW"/>
              </w:rPr>
              <w:t>1</w:t>
            </w:r>
            <w:r>
              <w:rPr>
                <w:rFonts w:ascii="新細明體" w:eastAsia="新細明體" w:hAnsi="新細明體"/>
                <w:sz w:val="22"/>
                <w:lang w:eastAsia="zh-TW"/>
              </w:rPr>
              <w:t>.</w:t>
            </w:r>
            <w:r w:rsidRPr="003A2356">
              <w:rPr>
                <w:rFonts w:ascii="新細明體" w:eastAsia="新細明體" w:hAnsi="新細明體" w:hint="eastAsia"/>
                <w:sz w:val="22"/>
                <w:lang w:eastAsia="zh-TW"/>
              </w:rPr>
              <w:t>不能碰到公園的動物與植物。</w:t>
            </w:r>
          </w:p>
          <w:p w:rsidR="003A2356" w:rsidRPr="003A2356" w:rsidRDefault="003A2356" w:rsidP="003A2356">
            <w:pPr>
              <w:spacing w:after="160"/>
              <w:rPr>
                <w:rFonts w:eastAsia="新細明體"/>
                <w:lang w:eastAsia="zh-TW"/>
              </w:rPr>
            </w:pPr>
            <w:r>
              <w:rPr>
                <w:rFonts w:eastAsia="新細明體" w:hint="eastAsia"/>
                <w:lang w:eastAsia="zh-TW"/>
              </w:rPr>
              <w:t>2</w:t>
            </w:r>
            <w:r>
              <w:rPr>
                <w:rFonts w:eastAsia="新細明體"/>
                <w:lang w:eastAsia="zh-TW"/>
              </w:rPr>
              <w:t>.</w:t>
            </w:r>
            <w:r w:rsidRPr="003A2356">
              <w:rPr>
                <w:rFonts w:eastAsia="新細明體" w:hint="eastAsia"/>
                <w:lang w:eastAsia="zh-TW"/>
              </w:rPr>
              <w:t>用上下左右鍵移動。</w:t>
            </w:r>
          </w:p>
          <w:p w:rsidR="003A2356" w:rsidRPr="003A2356" w:rsidRDefault="003A2356" w:rsidP="003A2356">
            <w:pPr>
              <w:spacing w:after="160"/>
              <w:rPr>
                <w:rFonts w:eastAsia="新細明體" w:hint="eastAsia"/>
                <w:lang w:eastAsia="zh-TW"/>
              </w:rPr>
            </w:pPr>
            <w:r>
              <w:rPr>
                <w:rFonts w:eastAsia="新細明體" w:hint="eastAsia"/>
                <w:lang w:eastAsia="zh-TW"/>
              </w:rPr>
              <w:t>3</w:t>
            </w:r>
            <w:r>
              <w:rPr>
                <w:rFonts w:eastAsia="新細明體"/>
                <w:lang w:eastAsia="zh-TW"/>
              </w:rPr>
              <w:t>.</w:t>
            </w:r>
            <w:r w:rsidRPr="003A2356">
              <w:rPr>
                <w:rFonts w:eastAsia="新細明體" w:hint="eastAsia"/>
                <w:lang w:eastAsia="zh-TW"/>
              </w:rPr>
              <w:t>主角要</w:t>
            </w:r>
            <w:proofErr w:type="gramStart"/>
            <w:r w:rsidRPr="003A2356">
              <w:rPr>
                <w:rFonts w:eastAsia="新細明體" w:hint="eastAsia"/>
                <w:lang w:eastAsia="zh-TW"/>
              </w:rPr>
              <w:t>碰到卡牌和</w:t>
            </w:r>
            <w:proofErr w:type="gramEnd"/>
            <w:r w:rsidRPr="003A2356">
              <w:rPr>
                <w:rFonts w:eastAsia="新細明體" w:hint="eastAsia"/>
                <w:lang w:eastAsia="zh-TW"/>
              </w:rPr>
              <w:t>寶藏。</w:t>
            </w:r>
          </w:p>
          <w:p w:rsidR="00A668A6" w:rsidRDefault="00A668A6">
            <w:pPr>
              <w:spacing w:after="240"/>
              <w:rPr>
                <w:rFonts w:hint="eastAsia"/>
                <w:lang w:eastAsia="zh-TW"/>
              </w:rPr>
            </w:pPr>
          </w:p>
          <w:p w:rsidR="00A668A6" w:rsidRDefault="00012FB6">
            <w:pPr>
              <w:spacing w:after="160"/>
              <w:rPr>
                <w:rFonts w:hint="eastAsia"/>
                <w:lang w:eastAsia="zh-TW"/>
              </w:rPr>
            </w:pPr>
            <w:r>
              <w:rPr>
                <w:sz w:val="22"/>
                <w:lang w:eastAsia="zh-TW"/>
              </w:rPr>
              <w:t>任務二：</w:t>
            </w:r>
            <w:r>
              <w:rPr>
                <w:rFonts w:ascii="新細明體" w:eastAsia="新細明體" w:hAnsi="新細明體" w:hint="eastAsia"/>
                <w:sz w:val="22"/>
                <w:lang w:eastAsia="zh-TW"/>
              </w:rPr>
              <w:t>穿越藝文走廊，找到寶藏金寶。</w:t>
            </w:r>
          </w:p>
          <w:p w:rsidR="00A668A6" w:rsidRDefault="00012FB6">
            <w:pPr>
              <w:spacing w:after="160"/>
              <w:rPr>
                <w:sz w:val="22"/>
                <w:lang w:eastAsia="zh-TW"/>
              </w:rPr>
            </w:pPr>
            <w:r>
              <w:rPr>
                <w:sz w:val="22"/>
                <w:lang w:eastAsia="zh-TW"/>
              </w:rPr>
              <w:t>規則二：</w:t>
            </w:r>
          </w:p>
          <w:p w:rsidR="00012FB6" w:rsidRDefault="00012FB6">
            <w:pPr>
              <w:spacing w:after="160"/>
              <w:rPr>
                <w:rFonts w:hint="eastAsia"/>
                <w:lang w:eastAsia="zh-TW"/>
              </w:rPr>
            </w:pPr>
            <w:r>
              <w:rPr>
                <w:sz w:val="22"/>
                <w:lang w:eastAsia="zh-TW"/>
              </w:rPr>
              <w:lastRenderedPageBreak/>
              <w:t>1.</w:t>
            </w:r>
            <w:r>
              <w:rPr>
                <w:rFonts w:ascii="新細明體" w:eastAsia="新細明體" w:hAnsi="新細明體" w:hint="eastAsia"/>
                <w:sz w:val="22"/>
                <w:lang w:eastAsia="zh-TW"/>
              </w:rPr>
              <w:t>用上下鍵移動主角。</w:t>
            </w:r>
          </w:p>
          <w:p w:rsidR="00A668A6" w:rsidRDefault="00012FB6">
            <w:pPr>
              <w:spacing w:after="240"/>
              <w:rPr>
                <w:rFonts w:eastAsia="新細明體"/>
                <w:lang w:eastAsia="zh-TW"/>
              </w:rPr>
            </w:pPr>
            <w:r>
              <w:rPr>
                <w:rFonts w:eastAsia="新細明體" w:hint="eastAsia"/>
                <w:lang w:eastAsia="zh-TW"/>
              </w:rPr>
              <w:t>2</w:t>
            </w:r>
            <w:r>
              <w:rPr>
                <w:rFonts w:eastAsia="新細明體"/>
                <w:lang w:eastAsia="zh-TW"/>
              </w:rPr>
              <w:t>.</w:t>
            </w:r>
            <w:r>
              <w:rPr>
                <w:rFonts w:eastAsia="新細明體" w:hint="eastAsia"/>
                <w:lang w:eastAsia="zh-TW"/>
              </w:rPr>
              <w:t>不能碰到移動的雕像。</w:t>
            </w:r>
          </w:p>
          <w:p w:rsidR="00012FB6" w:rsidRDefault="00012FB6">
            <w:pPr>
              <w:spacing w:after="240"/>
              <w:rPr>
                <w:rFonts w:eastAsia="新細明體" w:hint="eastAsia"/>
                <w:lang w:eastAsia="zh-TW"/>
              </w:rPr>
            </w:pPr>
            <w:r>
              <w:rPr>
                <w:rFonts w:eastAsia="新細明體" w:hint="eastAsia"/>
                <w:lang w:eastAsia="zh-TW"/>
              </w:rPr>
              <w:t>3</w:t>
            </w:r>
            <w:r>
              <w:rPr>
                <w:rFonts w:eastAsia="新細明體"/>
                <w:lang w:eastAsia="zh-TW"/>
              </w:rPr>
              <w:t>.</w:t>
            </w:r>
            <w:r>
              <w:rPr>
                <w:rFonts w:eastAsia="新細明體" w:hint="eastAsia"/>
                <w:lang w:eastAsia="zh-TW"/>
              </w:rPr>
              <w:t>時間到時，會出現金寶；要碰到金寶才能過關。</w:t>
            </w:r>
          </w:p>
          <w:p w:rsidR="00012FB6" w:rsidRDefault="00012FB6">
            <w:pPr>
              <w:spacing w:after="240"/>
              <w:rPr>
                <w:rFonts w:eastAsia="新細明體"/>
                <w:lang w:eastAsia="zh-TW"/>
              </w:rPr>
            </w:pPr>
          </w:p>
          <w:p w:rsidR="00012FB6" w:rsidRDefault="00012FB6" w:rsidP="00012FB6">
            <w:pPr>
              <w:spacing w:after="160"/>
              <w:rPr>
                <w:rFonts w:hint="eastAsia"/>
                <w:lang w:eastAsia="zh-TW"/>
              </w:rPr>
            </w:pPr>
            <w:r>
              <w:rPr>
                <w:sz w:val="22"/>
                <w:lang w:eastAsia="zh-TW"/>
              </w:rPr>
              <w:t>任務</w:t>
            </w:r>
            <w:proofErr w:type="gramStart"/>
            <w:r>
              <w:rPr>
                <w:rFonts w:ascii="新細明體" w:eastAsia="新細明體" w:hAnsi="新細明體" w:hint="eastAsia"/>
                <w:sz w:val="22"/>
                <w:lang w:eastAsia="zh-TW"/>
              </w:rPr>
              <w:t>三</w:t>
            </w:r>
            <w:proofErr w:type="gramEnd"/>
            <w:r>
              <w:rPr>
                <w:sz w:val="22"/>
                <w:lang w:eastAsia="zh-TW"/>
              </w:rPr>
              <w:t>：</w:t>
            </w:r>
            <w:r>
              <w:rPr>
                <w:rFonts w:ascii="新細明體" w:eastAsia="新細明體" w:hAnsi="新細明體" w:hint="eastAsia"/>
                <w:sz w:val="22"/>
                <w:lang w:eastAsia="zh-TW"/>
              </w:rPr>
              <w:t>在植物展區找到5朵花</w:t>
            </w:r>
            <w:r>
              <w:rPr>
                <w:rFonts w:ascii="新細明體" w:eastAsia="新細明體" w:hAnsi="新細明體" w:hint="eastAsia"/>
                <w:sz w:val="22"/>
                <w:lang w:eastAsia="zh-TW"/>
              </w:rPr>
              <w:t>。</w:t>
            </w:r>
          </w:p>
          <w:p w:rsidR="00012FB6" w:rsidRDefault="00012FB6" w:rsidP="00012FB6">
            <w:pPr>
              <w:spacing w:after="160"/>
              <w:rPr>
                <w:sz w:val="22"/>
                <w:lang w:eastAsia="zh-TW"/>
              </w:rPr>
            </w:pPr>
            <w:r>
              <w:rPr>
                <w:sz w:val="22"/>
                <w:lang w:eastAsia="zh-TW"/>
              </w:rPr>
              <w:t>規則</w:t>
            </w:r>
            <w:proofErr w:type="gramStart"/>
            <w:r>
              <w:rPr>
                <w:rFonts w:ascii="新細明體" w:eastAsia="新細明體" w:hAnsi="新細明體" w:hint="eastAsia"/>
                <w:sz w:val="22"/>
                <w:lang w:eastAsia="zh-TW"/>
              </w:rPr>
              <w:t>三</w:t>
            </w:r>
            <w:proofErr w:type="gramEnd"/>
            <w:r>
              <w:rPr>
                <w:sz w:val="22"/>
                <w:lang w:eastAsia="zh-TW"/>
              </w:rPr>
              <w:t>：</w:t>
            </w:r>
          </w:p>
          <w:p w:rsidR="00012FB6" w:rsidRDefault="00012FB6" w:rsidP="00012FB6">
            <w:pPr>
              <w:spacing w:after="160"/>
              <w:rPr>
                <w:rFonts w:ascii="新細明體" w:eastAsia="新細明體" w:hAnsi="新細明體"/>
                <w:sz w:val="22"/>
                <w:lang w:eastAsia="zh-TW"/>
              </w:rPr>
            </w:pPr>
            <w:r>
              <w:rPr>
                <w:sz w:val="22"/>
                <w:lang w:eastAsia="zh-TW"/>
              </w:rPr>
              <w:t>1.</w:t>
            </w:r>
            <w:r>
              <w:rPr>
                <w:rFonts w:ascii="新細明體" w:eastAsia="新細明體" w:hAnsi="新細明體" w:hint="eastAsia"/>
                <w:sz w:val="22"/>
                <w:lang w:eastAsia="zh-TW"/>
              </w:rPr>
              <w:t>用鼠標移動探測視窗</w:t>
            </w:r>
            <w:r>
              <w:rPr>
                <w:rFonts w:ascii="新細明體" w:eastAsia="新細明體" w:hAnsi="新細明體" w:hint="eastAsia"/>
                <w:sz w:val="22"/>
                <w:lang w:eastAsia="zh-TW"/>
              </w:rPr>
              <w:t>。</w:t>
            </w:r>
          </w:p>
          <w:p w:rsidR="00012FB6" w:rsidRDefault="00012FB6" w:rsidP="00012FB6">
            <w:pPr>
              <w:spacing w:after="160"/>
              <w:rPr>
                <w:rFonts w:ascii="新細明體" w:eastAsia="新細明體" w:hAnsi="新細明體"/>
                <w:lang w:eastAsia="zh-TW"/>
              </w:rPr>
            </w:pPr>
            <w:r>
              <w:rPr>
                <w:lang w:eastAsia="zh-TW"/>
              </w:rPr>
              <w:t>2.</w:t>
            </w:r>
            <w:r>
              <w:rPr>
                <w:rFonts w:ascii="新細明體" w:eastAsia="新細明體" w:hAnsi="新細明體" w:hint="eastAsia"/>
                <w:lang w:eastAsia="zh-TW"/>
              </w:rPr>
              <w:t>發現花朵就用滑鼠點擊。</w:t>
            </w:r>
          </w:p>
          <w:p w:rsidR="00012FB6" w:rsidRPr="00012FB6" w:rsidRDefault="00012FB6" w:rsidP="00012FB6">
            <w:pPr>
              <w:spacing w:after="160"/>
              <w:rPr>
                <w:rFonts w:eastAsia="新細明體" w:hint="eastAsia"/>
                <w:lang w:eastAsia="zh-TW"/>
              </w:rPr>
            </w:pPr>
            <w:r>
              <w:rPr>
                <w:rFonts w:ascii="新細明體" w:eastAsia="新細明體" w:hAnsi="新細明體" w:hint="eastAsia"/>
                <w:lang w:eastAsia="zh-TW"/>
              </w:rPr>
              <w:t>3</w:t>
            </w:r>
            <w:r>
              <w:rPr>
                <w:rFonts w:ascii="新細明體" w:eastAsia="新細明體" w:hAnsi="新細明體"/>
                <w:lang w:eastAsia="zh-TW"/>
              </w:rPr>
              <w:t>.</w:t>
            </w:r>
            <w:r>
              <w:rPr>
                <w:rFonts w:ascii="新細明體" w:eastAsia="新細明體" w:hAnsi="新細明體" w:hint="eastAsia"/>
                <w:lang w:eastAsia="zh-TW"/>
              </w:rPr>
              <w:t>點擊5朵花就可以過關。</w:t>
            </w:r>
            <w:bookmarkStart w:id="0" w:name="_GoBack"/>
            <w:bookmarkEnd w:id="0"/>
          </w:p>
          <w:p w:rsidR="00012FB6" w:rsidRPr="00012FB6" w:rsidRDefault="00012FB6">
            <w:pPr>
              <w:spacing w:after="240"/>
              <w:rPr>
                <w:rFonts w:eastAsia="新細明體"/>
                <w:lang w:eastAsia="zh-TW"/>
              </w:rPr>
            </w:pPr>
          </w:p>
          <w:p w:rsidR="00012FB6" w:rsidRDefault="00012FB6">
            <w:pPr>
              <w:spacing w:after="240"/>
              <w:rPr>
                <w:rFonts w:eastAsia="新細明體"/>
                <w:lang w:eastAsia="zh-TW"/>
              </w:rPr>
            </w:pPr>
          </w:p>
          <w:p w:rsidR="00012FB6" w:rsidRDefault="00012FB6">
            <w:pPr>
              <w:spacing w:after="240"/>
              <w:rPr>
                <w:rFonts w:eastAsia="新細明體"/>
                <w:lang w:eastAsia="zh-TW"/>
              </w:rPr>
            </w:pPr>
          </w:p>
          <w:p w:rsidR="00012FB6" w:rsidRDefault="00012FB6">
            <w:pPr>
              <w:spacing w:after="240"/>
              <w:rPr>
                <w:rFonts w:eastAsia="新細明體"/>
                <w:lang w:eastAsia="zh-TW"/>
              </w:rPr>
            </w:pPr>
          </w:p>
          <w:p w:rsidR="00012FB6" w:rsidRDefault="00012FB6">
            <w:pPr>
              <w:spacing w:after="240"/>
              <w:rPr>
                <w:rFonts w:eastAsia="新細明體"/>
                <w:lang w:eastAsia="zh-TW"/>
              </w:rPr>
            </w:pPr>
          </w:p>
          <w:p w:rsidR="00012FB6" w:rsidRPr="00012FB6" w:rsidRDefault="00012FB6">
            <w:pPr>
              <w:spacing w:after="240"/>
              <w:rPr>
                <w:rFonts w:eastAsia="新細明體" w:hint="eastAsia"/>
                <w:lang w:eastAsia="zh-TW"/>
              </w:rPr>
            </w:pPr>
          </w:p>
          <w:p w:rsidR="00A668A6" w:rsidRDefault="00012FB6">
            <w:pPr>
              <w:spacing w:after="160"/>
              <w:rPr>
                <w:rFonts w:hint="eastAsia"/>
                <w:lang w:eastAsia="zh-TW"/>
              </w:rPr>
            </w:pPr>
            <w:r>
              <w:rPr>
                <w:sz w:val="22"/>
                <w:lang w:eastAsia="zh-TW"/>
              </w:rPr>
              <w:t>(</w:t>
            </w:r>
            <w:r>
              <w:rPr>
                <w:sz w:val="22"/>
                <w:lang w:eastAsia="zh-TW"/>
              </w:rPr>
              <w:t>自行增加任務</w:t>
            </w:r>
            <w:r>
              <w:rPr>
                <w:sz w:val="22"/>
                <w:lang w:eastAsia="zh-TW"/>
              </w:rPr>
              <w:t>)</w:t>
            </w:r>
            <w:r>
              <w:rPr>
                <w:sz w:val="22"/>
                <w:lang w:eastAsia="zh-TW"/>
              </w:rPr>
              <w:t>：</w:t>
            </w:r>
            <w:r>
              <w:rPr>
                <w:sz w:val="22"/>
                <w:lang w:eastAsia="zh-TW"/>
              </w:rPr>
              <w:t>____________________</w:t>
            </w:r>
          </w:p>
          <w:p w:rsidR="00A668A6" w:rsidRDefault="00012FB6">
            <w:pPr>
              <w:spacing w:after="160"/>
              <w:rPr>
                <w:rFonts w:hint="eastAsia"/>
              </w:rPr>
            </w:pPr>
            <w:r>
              <w:rPr>
                <w:sz w:val="22"/>
              </w:rPr>
              <w:t>(</w:t>
            </w:r>
            <w:proofErr w:type="spellStart"/>
            <w:r>
              <w:rPr>
                <w:sz w:val="22"/>
              </w:rPr>
              <w:t>自行增加規則</w:t>
            </w:r>
            <w:proofErr w:type="spellEnd"/>
            <w:r>
              <w:rPr>
                <w:sz w:val="22"/>
              </w:rPr>
              <w:t>)</w:t>
            </w:r>
            <w:r>
              <w:rPr>
                <w:sz w:val="22"/>
              </w:rPr>
              <w:t>：</w:t>
            </w:r>
            <w:r>
              <w:rPr>
                <w:sz w:val="22"/>
              </w:rPr>
              <w:t>____________________</w:t>
            </w:r>
          </w:p>
        </w:tc>
      </w:tr>
    </w:tbl>
    <w:p w:rsidR="00000000" w:rsidRDefault="00012FB6"/>
    <w:sectPr w:rsidR="00000000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B58447B"/>
    <w:multiLevelType w:val="hybridMultilevel"/>
    <w:tmpl w:val="C750CF74"/>
    <w:lvl w:ilvl="0" w:tplc="D8060C3C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2FB6"/>
    <w:rsid w:val="00034616"/>
    <w:rsid w:val="0006063C"/>
    <w:rsid w:val="0015074B"/>
    <w:rsid w:val="0029639D"/>
    <w:rsid w:val="00326F90"/>
    <w:rsid w:val="003A2356"/>
    <w:rsid w:val="00A668A6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9E6DFFE"/>
  <w14:defaultImageDpi w14:val="300"/>
  <w15:docId w15:val="{483388EA-77CC-46D7-A6FB-D11082A4D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微軟正黑體" w:hAnsi="微軟正黑體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">
    <w:name w:val="Default"/>
    <w:rsid w:val="003A2356"/>
    <w:pPr>
      <w:widowControl w:val="0"/>
      <w:autoSpaceDE w:val="0"/>
      <w:autoSpaceDN w:val="0"/>
      <w:adjustRightInd w:val="0"/>
      <w:spacing w:after="0" w:line="240" w:lineRule="auto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2AEE024-A26F-4CE5-9FE8-3634774B5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3</cp:revision>
  <dcterms:created xsi:type="dcterms:W3CDTF">2013-12-23T23:15:00Z</dcterms:created>
  <dcterms:modified xsi:type="dcterms:W3CDTF">2026-07-14T14:03:00Z</dcterms:modified>
  <cp:category/>
</cp:coreProperties>
</file>